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Голові Громадської організації</w:t>
        <w:br/>
      </w:r>
      <w:r>
        <w:rPr>
          <w:b/>
        </w:rPr>
        <w:t>«ВЕТЕРАНИ СТАЛЕВОГО КОРДОНУ»</w:t>
        <w:br/>
      </w:r>
      <w:r>
        <w:t>Панкратову Олександру Олександровичу</w:t>
        <w:br/>
        <w:br/>
      </w:r>
      <w:r>
        <w:t>від ________________________________</w:t>
        <w:br/>
      </w:r>
      <w:r>
        <w:t>____________________________________</w:t>
        <w:br/>
      </w:r>
      <w:r>
        <w:t>Дата народження ____________________</w:t>
        <w:br/>
      </w:r>
      <w:r>
        <w:t>Адреса _____________________________</w:t>
        <w:br/>
      </w:r>
      <w:r>
        <w:t>Телефон ____________________________</w:t>
        <w:br/>
      </w:r>
      <w:r>
        <w:t>E-mail _____________________________</w:t>
      </w:r>
    </w:p>
    <w:p>
      <w:pPr>
        <w:jc w:val="center"/>
      </w:pPr>
      <w:r>
        <w:rPr>
          <w:b/>
          <w:sz w:val="32"/>
        </w:rPr>
        <w:t>ЗАЯВА</w:t>
      </w:r>
    </w:p>
    <w:p>
      <w:r>
        <w:t>Прошу прийняти мене до членів Громадської організації «ВЕТЕРАНИ СТАЛЕВОГО КОРДОНУ».</w:t>
        <w:br/>
        <w:br/>
        <w:t>Зі Статутом Організації ознайомлений(а), його положення визнаю та зобов'язуюсь їх дотримуватись, виконувати рішення керівних органів Організації, брати участь у її статутній діяльності та своєчасно сплачувати встановлені вступні та членські внески.</w:t>
        <w:br/>
        <w:br/>
        <w:t>Мету та напрями діяльності Організації підтримую.</w:t>
        <w:br/>
        <w:br/>
        <w:t>До заяви додаю рекомендаційний лист (клопотання) діючого члена Організації.</w:t>
      </w:r>
    </w:p>
    <w:p/>
    <w:p>
      <w:r>
        <w:t>«___» ______________ 20___ року</w:t>
      </w:r>
    </w:p>
    <w:p>
      <w:r>
        <w:t>Підпис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