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РЕКОМЕНДАЦІЙНИЙ ЛИСТ</w:t>
        <w:br/>
        <w:t>(клопотання)</w:t>
      </w:r>
    </w:p>
    <w:p>
      <w:r>
        <w:t>До Правління ГО «ВЕТЕРАНИ СТАЛЕВОГО КОРДОНУ»</w:t>
        <w:br/>
      </w:r>
    </w:p>
    <w:p>
      <w:r>
        <w:t>Я, ________________________________________________, член ГО «ВЕТЕРАНИ СТАЛЕВОГО КОРДОНУ», членський квиток № ____________, рекомендую прийняти до членів Організації:</w:t>
      </w:r>
    </w:p>
    <w:p>
      <w:r>
        <w:t>ПІБ кандидата: __________________________________________</w:t>
      </w:r>
    </w:p>
    <w:p/>
    <w:p>
      <w:r>
        <w:rPr>
          <w:b/>
        </w:rPr>
        <w:t>Характеристика кандидата</w:t>
      </w:r>
    </w:p>
    <w:p>
      <w:r>
        <w:t>__________________________________________________________________________</w:t>
      </w:r>
    </w:p>
    <w:p>
      <w:r>
        <w:t>__________________________________________________________________________</w:t>
      </w:r>
    </w:p>
    <w:p>
      <w:r>
        <w:t>__________________________________________________________________________</w:t>
      </w:r>
    </w:p>
    <w:p>
      <w:r>
        <w:t>__________________________________________________________________________</w:t>
      </w:r>
    </w:p>
    <w:p>
      <w:r>
        <w:rPr>
          <w:i/>
          <w:sz w:val="20"/>
        </w:rPr>
        <w:t>При заповненні рекомендується висвітлити морально-ділові якості кандидата, дисциплінованість, відповідальність, авторитет серед побратимів, бойовий або службовий досвід, професійні навички, громадянську позицію, мотивацію, лідерські якості та інші риси, що характеризують кандидата.</w:t>
      </w:r>
    </w:p>
    <w:p/>
    <w:p>
      <w:r>
        <w:t>Дата: «___» ____________ 20___ року</w:t>
      </w:r>
    </w:p>
    <w:p>
      <w:r>
        <w:t>Підпис рекомендателя __________________________</w:t>
      </w:r>
    </w:p>
    <w:p>
      <w:r>
        <w:t>ПІБ 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