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АНКЕТА</w:t>
        <w:br/>
        <w:t>кандидата на вступ до членів</w:t>
        <w:br/>
        <w:t>Громадської організації</w:t>
        <w:br/>
        <w:t>«ВЕТЕРАНИ СТАЛЕВОГО КОРДОНУ»</w:t>
      </w:r>
    </w:p>
    <w:p>
      <w:r>
        <w:t>1. Прізвище ____________________________________________</w:t>
      </w:r>
    </w:p>
    <w:p>
      <w:r>
        <w:t>2. Ім'я _________________________________________________</w:t>
      </w:r>
    </w:p>
    <w:p>
      <w:r>
        <w:t>3. По батькові _________________________________________</w:t>
      </w:r>
    </w:p>
    <w:p>
      <w:r>
        <w:t>4. Дата народження ____________________________________</w:t>
      </w:r>
    </w:p>
    <w:p>
      <w:r>
        <w:t>5. Місце народження ___________________________________</w:t>
      </w:r>
    </w:p>
    <w:p>
      <w:r>
        <w:t>6. Паспорт / ID-картка _________________________________</w:t>
      </w:r>
    </w:p>
    <w:p>
      <w:r>
        <w:t>7. РНОКПП (ІПН) ________________________________________</w:t>
      </w:r>
    </w:p>
    <w:p>
      <w:r>
        <w:t>8. Адреса проживання __________________________________</w:t>
      </w:r>
    </w:p>
    <w:p>
      <w:r>
        <w:t>9. Телефон _____________________________________________</w:t>
      </w:r>
    </w:p>
    <w:p>
      <w:r>
        <w:t>10. E-mail _____________________________________________</w:t>
      </w:r>
    </w:p>
    <w:p>
      <w:r>
        <w:t>11. Місце роботи / служби ______________________________</w:t>
      </w:r>
    </w:p>
    <w:p>
      <w:r>
        <w:t>12. Посада _____________________________________________</w:t>
      </w:r>
    </w:p>
    <w:p>
      <w:r>
        <w:t>13. Військовий статус _________________________________</w:t>
      </w:r>
    </w:p>
    <w:p>
      <w:r>
        <w:t>14. Чи є ветераном ДПСУ / інших Сил оборони ____________</w:t>
      </w:r>
    </w:p>
    <w:p>
      <w:r>
        <w:t>15. Військове звання __________________________________</w:t>
      </w:r>
    </w:p>
    <w:p>
      <w:r>
        <w:t>16. Період служби ______________________________________</w:t>
      </w:r>
    </w:p>
    <w:p>
      <w:r>
        <w:t>17. Нагороди (за наявності) ____________________________</w:t>
      </w:r>
    </w:p>
    <w:p>
      <w:r>
        <w:t>18. Навички, якими можете допомогти ГО ________________</w:t>
      </w:r>
    </w:p>
    <w:p>
      <w:r>
        <w:t>________________________________________________________</w:t>
      </w:r>
    </w:p>
    <w:p>
      <w:r>
        <w:t>19. Причина вступу до Організації ______________________</w:t>
      </w:r>
    </w:p>
    <w:p>
      <w:r>
        <w:t>________________________________________________________</w:t>
      </w:r>
    </w:p>
    <w:p/>
    <w:p>
      <w:r>
        <w:t>Підтверджую достовірність наданих відомостей та погоджуюсь на їх використання відповідно до Статуту Організації.</w:t>
      </w:r>
    </w:p>
    <w:p/>
    <w:p>
      <w:r>
        <w:t>Дата: «___» ______________ 20___ року</w:t>
      </w:r>
    </w:p>
    <w:p>
      <w:r>
        <w:t>Підпис 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