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ЗГОДА</w:t>
        <w:br/>
        <w:t>на обробку персональних даних</w:t>
      </w:r>
    </w:p>
    <w:p>
      <w:r>
        <w:t>Я, _________________________________________________,</w:t>
        <w:br/>
        <w:t>дата народження ________________________, паспорт / ID ________________________,</w:t>
        <w:br/>
        <w:t>надаю Громадській організації «ВЕТЕРАНИ СТАЛЕВОГО КОРДОНУ» добровільну, усвідомлену та безумовну згоду на обробку моїх персональних даних відповідно до Закону України «Про захист персональних даних».</w:t>
        <w:br/>
        <w:br/>
        <w:t>Даю згоду на збір, реєстрацію, накопичення, зберігання, адаптування, зміну, оновлення, використання, поширення (у випадках, передбачених законодавством), знеособлення та знищення моїх персональних даних з метою:</w:t>
        <w:br/>
        <w:t>• розгляду питання щодо вступу до Організації;</w:t>
        <w:br/>
        <w:t>• ведення реєстру членів Організації;</w:t>
        <w:br/>
        <w:t>• забезпечення статутної діяльності Організації;</w:t>
        <w:br/>
        <w:t>• комунікації зі мною щодо діяльності Організації;</w:t>
        <w:br/>
        <w:t>• виконання вимог чинного законодавства України.</w:t>
        <w:br/>
        <w:br/>
        <w:t>Мені відомо про мої права як суб'єкта персональних даних, визначені Законом України «Про захист персональних даних».</w:t>
        <w:br/>
        <w:br/>
        <w:t>Ця згода діє протягом строку мого членства в Організації, а також протягом строків зберігання документів, визначених законодавством України, якщо інше не буде встановлено законом.</w:t>
      </w:r>
    </w:p>
    <w:p/>
    <w:p>
      <w:r>
        <w:t>Дата: «___» ______________ 20___ року</w:t>
      </w:r>
    </w:p>
    <w:p>
      <w:r>
        <w:t>Підпис ____________________________</w:t>
      </w:r>
    </w:p>
    <w:p>
      <w:r>
        <w:t>ПІБ 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